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6: Rich World, Poor World - Global Inequality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What is the difference between a need and a want? Give one example of each.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Give one cause and one effect of global inequality.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Why might it be hard to make the world more equal?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describe global inequality.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